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304D" w14:textId="27AB8760" w:rsidR="00FF047E" w:rsidRPr="002C66B1" w:rsidRDefault="62DD1DBE" w:rsidP="62DD1DBE">
      <w:pPr>
        <w:jc w:val="center"/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 xml:space="preserve">ANNUAL GENERAL MEETING </w:t>
      </w:r>
      <w:r w:rsidR="00CE433A">
        <w:rPr>
          <w:rFonts w:ascii="Century Gothic" w:eastAsia="Century Gothic" w:hAnsi="Century Gothic" w:cs="Century Gothic"/>
          <w:b/>
          <w:bCs/>
        </w:rPr>
        <w:t xml:space="preserve">AGENDA </w:t>
      </w:r>
      <w:r w:rsidR="001211CA" w:rsidRPr="002C66B1">
        <w:rPr>
          <w:rFonts w:ascii="Century Gothic" w:eastAsia="Century Gothic" w:hAnsi="Century Gothic" w:cs="Century Gothic"/>
          <w:b/>
          <w:bCs/>
        </w:rPr>
        <w:t>[</w:t>
      </w:r>
      <w:r w:rsidR="0052673D" w:rsidRPr="002C66B1">
        <w:rPr>
          <w:rFonts w:ascii="Century Gothic" w:eastAsia="Century Gothic" w:hAnsi="Century Gothic" w:cs="Century Gothic"/>
          <w:b/>
          <w:bCs/>
        </w:rPr>
        <w:t>YEAR]</w:t>
      </w:r>
    </w:p>
    <w:p w14:paraId="672A6659" w14:textId="3AB4A6E1" w:rsidR="00FF047E" w:rsidRPr="002C66B1" w:rsidRDefault="2D78E741" w:rsidP="00594E7A">
      <w:pPr>
        <w:jc w:val="center"/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Club Name</w:t>
      </w:r>
    </w:p>
    <w:p w14:paraId="2FB59059" w14:textId="131462E2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Date:</w:t>
      </w:r>
    </w:p>
    <w:p w14:paraId="27BA294B" w14:textId="079BDDE8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Time:</w:t>
      </w:r>
    </w:p>
    <w:p w14:paraId="1EE57E54" w14:textId="0D2BC747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Venue:</w:t>
      </w:r>
    </w:p>
    <w:p w14:paraId="788D1C8A" w14:textId="3CD6254F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Chairperson:</w:t>
      </w:r>
    </w:p>
    <w:p w14:paraId="117141FD" w14:textId="708F2C43" w:rsidR="00FF047E" w:rsidRPr="002C66B1" w:rsidRDefault="62DD1DBE" w:rsidP="62DD1DBE">
      <w:pPr>
        <w:pBdr>
          <w:bottom w:val="single" w:sz="12" w:space="1" w:color="auto"/>
        </w:pBd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Minute Secretary:</w:t>
      </w:r>
    </w:p>
    <w:p w14:paraId="2D9B2A9B" w14:textId="2F787229" w:rsidR="002C66B1" w:rsidRPr="004B0A30" w:rsidRDefault="002C66B1" w:rsidP="004B0A30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1. Welcome and Opening</w:t>
      </w:r>
    </w:p>
    <w:p w14:paraId="769A5808" w14:textId="77777777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2. Apologies</w:t>
      </w:r>
    </w:p>
    <w:p w14:paraId="6951CDD9" w14:textId="77777777" w:rsidR="00FF047E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3. Confirmation of Previous AGM Minutes</w:t>
      </w:r>
    </w:p>
    <w:p w14:paraId="1B075453" w14:textId="024EE0E7" w:rsidR="004B0A30" w:rsidRPr="005400B1" w:rsidRDefault="004B0A30" w:rsidP="62DD1DBE">
      <w:pPr>
        <w:rPr>
          <w:rFonts w:ascii="Century Gothic" w:eastAsia="Century Gothic" w:hAnsi="Century Gothic" w:cs="Century Gothic"/>
        </w:rPr>
      </w:pPr>
      <w:r w:rsidRPr="005400B1">
        <w:rPr>
          <w:rFonts w:ascii="Century Gothic" w:eastAsia="Century Gothic" w:hAnsi="Century Gothic" w:cs="Century Gothic"/>
        </w:rPr>
        <w:t>(Attach minutes</w:t>
      </w:r>
      <w:r w:rsidR="005400B1" w:rsidRPr="005400B1">
        <w:rPr>
          <w:rFonts w:ascii="Century Gothic" w:eastAsia="Century Gothic" w:hAnsi="Century Gothic" w:cs="Century Gothic"/>
        </w:rPr>
        <w:t xml:space="preserve"> </w:t>
      </w:r>
      <w:r w:rsidR="005400B1">
        <w:rPr>
          <w:rFonts w:ascii="Century Gothic" w:eastAsia="Century Gothic" w:hAnsi="Century Gothic" w:cs="Century Gothic"/>
        </w:rPr>
        <w:t>f</w:t>
      </w:r>
      <w:r w:rsidR="005400B1" w:rsidRPr="005400B1">
        <w:rPr>
          <w:rFonts w:ascii="Century Gothic" w:eastAsia="Century Gothic" w:hAnsi="Century Gothic" w:cs="Century Gothic"/>
        </w:rPr>
        <w:t>rom previous meeting)</w:t>
      </w:r>
    </w:p>
    <w:p w14:paraId="0644EF74" w14:textId="0BC07D12" w:rsidR="00FF047E" w:rsidRPr="002C66B1" w:rsidRDefault="0CE7926F" w:rsidP="46D27106">
      <w:r w:rsidRPr="002C66B1">
        <w:rPr>
          <w:rFonts w:ascii="Century Gothic" w:eastAsia="Century Gothic" w:hAnsi="Century Gothic" w:cs="Century Gothic"/>
          <w:b/>
          <w:bCs/>
        </w:rPr>
        <w:t xml:space="preserve">4. </w:t>
      </w:r>
      <w:r w:rsidR="562C5092" w:rsidRPr="002C66B1">
        <w:rPr>
          <w:rFonts w:ascii="Century Gothic" w:eastAsia="Century Gothic" w:hAnsi="Century Gothic" w:cs="Century Gothic"/>
          <w:b/>
          <w:bCs/>
        </w:rPr>
        <w:t>President's Report</w:t>
      </w:r>
    </w:p>
    <w:p w14:paraId="02AA576D" w14:textId="645C83A2" w:rsidR="00FF047E" w:rsidRPr="002C66B1" w:rsidRDefault="0CE7926F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 xml:space="preserve">5. </w:t>
      </w:r>
      <w:r w:rsidR="26CA8084" w:rsidRPr="002C66B1">
        <w:rPr>
          <w:rFonts w:ascii="Century Gothic" w:eastAsia="Century Gothic" w:hAnsi="Century Gothic" w:cs="Century Gothic"/>
          <w:b/>
          <w:bCs/>
        </w:rPr>
        <w:t>Treasurer's</w:t>
      </w:r>
      <w:r w:rsidRPr="002C66B1">
        <w:rPr>
          <w:rFonts w:ascii="Century Gothic" w:eastAsia="Century Gothic" w:hAnsi="Century Gothic" w:cs="Century Gothic"/>
          <w:b/>
          <w:bCs/>
        </w:rPr>
        <w:t xml:space="preserve"> Report</w:t>
      </w:r>
    </w:p>
    <w:p w14:paraId="5DC7693A" w14:textId="15CB1FD4" w:rsidR="00FF047E" w:rsidRPr="005400B1" w:rsidRDefault="0CE7926F" w:rsidP="461AB539">
      <w:r w:rsidRPr="002C66B1">
        <w:rPr>
          <w:rFonts w:ascii="Century Gothic" w:eastAsia="Century Gothic" w:hAnsi="Century Gothic" w:cs="Century Gothic"/>
          <w:b/>
          <w:bCs/>
        </w:rPr>
        <w:t xml:space="preserve">6. </w:t>
      </w:r>
      <w:r w:rsidR="0DF3DEB8" w:rsidRPr="002C66B1">
        <w:rPr>
          <w:rFonts w:ascii="Century Gothic" w:eastAsia="Century Gothic" w:hAnsi="Century Gothic" w:cs="Century Gothic"/>
          <w:b/>
          <w:bCs/>
        </w:rPr>
        <w:t>Secretary's Report</w:t>
      </w:r>
    </w:p>
    <w:p w14:paraId="1445166C" w14:textId="7F37F8F5" w:rsidR="00FF047E" w:rsidRPr="002C66B1" w:rsidRDefault="0DF3DEB8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 xml:space="preserve">7. </w:t>
      </w:r>
      <w:r w:rsidR="0CE7926F" w:rsidRPr="002C66B1">
        <w:rPr>
          <w:rFonts w:ascii="Century Gothic" w:eastAsia="Century Gothic" w:hAnsi="Century Gothic" w:cs="Century Gothic"/>
          <w:b/>
          <w:bCs/>
        </w:rPr>
        <w:t>Elections</w:t>
      </w:r>
    </w:p>
    <w:p w14:paraId="59F21A1F" w14:textId="5605DA8D" w:rsidR="009E181E" w:rsidRPr="005400B1" w:rsidRDefault="005400B1" w:rsidP="005400B1">
      <w:pPr>
        <w:rPr>
          <w:rFonts w:ascii="Century Gothic" w:hAnsi="Century Gothic"/>
        </w:rPr>
      </w:pPr>
      <w:r w:rsidRPr="005400B1">
        <w:rPr>
          <w:rFonts w:ascii="Century Gothic" w:eastAsia="Century Gothic" w:hAnsi="Century Gothic" w:cs="Century Gothic"/>
        </w:rPr>
        <w:t>(List all executive committee positions)</w:t>
      </w:r>
    </w:p>
    <w:p w14:paraId="05AEFF6B" w14:textId="477E14AE" w:rsidR="005400B1" w:rsidRDefault="6AA6444B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8</w:t>
      </w:r>
      <w:r w:rsidR="62DD1DBE" w:rsidRPr="002C66B1">
        <w:rPr>
          <w:rFonts w:ascii="Century Gothic" w:eastAsia="Century Gothic" w:hAnsi="Century Gothic" w:cs="Century Gothic"/>
          <w:b/>
          <w:bCs/>
        </w:rPr>
        <w:t>.</w:t>
      </w:r>
      <w:r w:rsidR="005400B1">
        <w:rPr>
          <w:rFonts w:ascii="Century Gothic" w:eastAsia="Century Gothic" w:hAnsi="Century Gothic" w:cs="Century Gothic"/>
          <w:b/>
          <w:bCs/>
        </w:rPr>
        <w:t xml:space="preserve"> Constitutional Amendments</w:t>
      </w:r>
    </w:p>
    <w:p w14:paraId="2101F7AE" w14:textId="1F01C677" w:rsidR="005400B1" w:rsidRDefault="005400B1" w:rsidP="62DD1DBE">
      <w:pPr>
        <w:rPr>
          <w:rFonts w:ascii="Century Gothic" w:eastAsia="Century Gothic" w:hAnsi="Century Gothic" w:cs="Century Gothic"/>
        </w:rPr>
      </w:pPr>
      <w:r w:rsidRPr="005400B1">
        <w:rPr>
          <w:rFonts w:ascii="Century Gothic" w:eastAsia="Century Gothic" w:hAnsi="Century Gothic" w:cs="Century Gothic"/>
        </w:rPr>
        <w:t>(List any constitutional amendments t</w:t>
      </w:r>
      <w:r>
        <w:rPr>
          <w:rFonts w:ascii="Century Gothic" w:eastAsia="Century Gothic" w:hAnsi="Century Gothic" w:cs="Century Gothic"/>
        </w:rPr>
        <w:t xml:space="preserve">o be </w:t>
      </w:r>
      <w:r w:rsidR="00CE433A">
        <w:rPr>
          <w:rFonts w:ascii="Century Gothic" w:eastAsia="Century Gothic" w:hAnsi="Century Gothic" w:cs="Century Gothic"/>
        </w:rPr>
        <w:t>discussed/voted upon)</w:t>
      </w:r>
    </w:p>
    <w:p w14:paraId="5EBCD287" w14:textId="7ECDC4D6" w:rsidR="00CE433A" w:rsidRPr="005400B1" w:rsidRDefault="00CE433A" w:rsidP="62DD1D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(Attach the current constitution and proposed constitution)</w:t>
      </w:r>
    </w:p>
    <w:p w14:paraId="25E44056" w14:textId="18124885" w:rsidR="00FF047E" w:rsidRPr="002C66B1" w:rsidRDefault="0EDA723B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9</w:t>
      </w:r>
      <w:r w:rsidR="62DD1DBE" w:rsidRPr="002C66B1">
        <w:rPr>
          <w:rFonts w:ascii="Century Gothic" w:eastAsia="Century Gothic" w:hAnsi="Century Gothic" w:cs="Century Gothic"/>
          <w:b/>
          <w:bCs/>
        </w:rPr>
        <w:t>. Resolutions</w:t>
      </w:r>
    </w:p>
    <w:p w14:paraId="4DE8DAB3" w14:textId="07A8FAD6" w:rsidR="00FF047E" w:rsidRPr="002C66B1" w:rsidRDefault="005400B1" w:rsidP="62DD1D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(List any resolutions to be voted on)</w:t>
      </w:r>
    </w:p>
    <w:p w14:paraId="0C70FD55" w14:textId="1CAC2DB5" w:rsidR="00B66B39" w:rsidRPr="00CE433A" w:rsidRDefault="772B0F8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10</w:t>
      </w:r>
      <w:r w:rsidR="71F9B6D6" w:rsidRPr="002C66B1">
        <w:rPr>
          <w:rFonts w:ascii="Century Gothic" w:eastAsia="Century Gothic" w:hAnsi="Century Gothic" w:cs="Century Gothic"/>
          <w:b/>
          <w:bCs/>
        </w:rPr>
        <w:t>. Closing</w:t>
      </w:r>
    </w:p>
    <w:sectPr w:rsidR="00B66B39" w:rsidRPr="00CE433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B55789"/>
    <w:multiLevelType w:val="hybridMultilevel"/>
    <w:tmpl w:val="704E01D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52B51"/>
    <w:multiLevelType w:val="hybridMultilevel"/>
    <w:tmpl w:val="B026361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04B75"/>
    <w:multiLevelType w:val="hybridMultilevel"/>
    <w:tmpl w:val="E124A5A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B3E57"/>
    <w:multiLevelType w:val="hybridMultilevel"/>
    <w:tmpl w:val="B0B45EE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08749">
    <w:abstractNumId w:val="8"/>
  </w:num>
  <w:num w:numId="2" w16cid:durableId="55277211">
    <w:abstractNumId w:val="6"/>
  </w:num>
  <w:num w:numId="3" w16cid:durableId="1382359878">
    <w:abstractNumId w:val="5"/>
  </w:num>
  <w:num w:numId="4" w16cid:durableId="590166297">
    <w:abstractNumId w:val="4"/>
  </w:num>
  <w:num w:numId="5" w16cid:durableId="1098595778">
    <w:abstractNumId w:val="7"/>
  </w:num>
  <w:num w:numId="6" w16cid:durableId="1618484766">
    <w:abstractNumId w:val="3"/>
  </w:num>
  <w:num w:numId="7" w16cid:durableId="2106268146">
    <w:abstractNumId w:val="2"/>
  </w:num>
  <w:num w:numId="8" w16cid:durableId="2065830540">
    <w:abstractNumId w:val="1"/>
  </w:num>
  <w:num w:numId="9" w16cid:durableId="1628973444">
    <w:abstractNumId w:val="0"/>
  </w:num>
  <w:num w:numId="10" w16cid:durableId="397826172">
    <w:abstractNumId w:val="12"/>
  </w:num>
  <w:num w:numId="11" w16cid:durableId="1715884173">
    <w:abstractNumId w:val="11"/>
  </w:num>
  <w:num w:numId="12" w16cid:durableId="1982072362">
    <w:abstractNumId w:val="9"/>
  </w:num>
  <w:num w:numId="13" w16cid:durableId="2025738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66B"/>
    <w:rsid w:val="00034616"/>
    <w:rsid w:val="0006063C"/>
    <w:rsid w:val="001211CA"/>
    <w:rsid w:val="0015074B"/>
    <w:rsid w:val="00262DDD"/>
    <w:rsid w:val="0029639D"/>
    <w:rsid w:val="002C66B1"/>
    <w:rsid w:val="00326F90"/>
    <w:rsid w:val="004B0A30"/>
    <w:rsid w:val="004D101E"/>
    <w:rsid w:val="0052673D"/>
    <w:rsid w:val="005400B1"/>
    <w:rsid w:val="00594E7A"/>
    <w:rsid w:val="005F3FA9"/>
    <w:rsid w:val="00726E06"/>
    <w:rsid w:val="00892217"/>
    <w:rsid w:val="008E3E24"/>
    <w:rsid w:val="009766CB"/>
    <w:rsid w:val="009E181E"/>
    <w:rsid w:val="00AA1D8D"/>
    <w:rsid w:val="00AAA260"/>
    <w:rsid w:val="00B47730"/>
    <w:rsid w:val="00B66B39"/>
    <w:rsid w:val="00CB0664"/>
    <w:rsid w:val="00CC6D91"/>
    <w:rsid w:val="00CE433A"/>
    <w:rsid w:val="00DC125D"/>
    <w:rsid w:val="00DF4876"/>
    <w:rsid w:val="00EC4500"/>
    <w:rsid w:val="00FC693F"/>
    <w:rsid w:val="00FF047E"/>
    <w:rsid w:val="0CE7926F"/>
    <w:rsid w:val="0DF3DEB8"/>
    <w:rsid w:val="0EDA723B"/>
    <w:rsid w:val="16E25F10"/>
    <w:rsid w:val="215B78CE"/>
    <w:rsid w:val="26CA8084"/>
    <w:rsid w:val="2830C8F9"/>
    <w:rsid w:val="2D78E741"/>
    <w:rsid w:val="40706B82"/>
    <w:rsid w:val="461AB539"/>
    <w:rsid w:val="46D27106"/>
    <w:rsid w:val="4E109212"/>
    <w:rsid w:val="52F9BF52"/>
    <w:rsid w:val="562C5092"/>
    <w:rsid w:val="56F313DD"/>
    <w:rsid w:val="62DD1DBE"/>
    <w:rsid w:val="6AA6444B"/>
    <w:rsid w:val="71F9B6D6"/>
    <w:rsid w:val="754B884D"/>
    <w:rsid w:val="772B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1C5696B-9AA3-4B4E-AA88-2519F088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b9d2b188-b8f0-4527-ab9c-6ed07e2b5a47" ContentTypeId="0x010100BD80C5A6E3BE6B41A2427F16147D47A400B2C67992B82B4DC0A6BAC07199297A21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partment Administration Document" ma:contentTypeID="0x010100BD80C5A6E3BE6B41A2427F16147D47A400B2C67992B82B4DC0A6BAC07199297A210015C03B4AD6DD52408EE027FFBB039C97" ma:contentTypeVersion="38" ma:contentTypeDescription="Solar Department Administration Document Content Type - extends Solar Document; published by the Content Type Hub" ma:contentTypeScope="" ma:versionID="2215cefd3dcaa7a1a65058b1b1fa1a25">
  <xsd:schema xmlns:xsd="http://www.w3.org/2001/XMLSchema" xmlns:xs="http://www.w3.org/2001/XMLSchema" xmlns:p="http://schemas.microsoft.com/office/2006/metadata/properties" xmlns:ns2="6f562838-09de-4b65-939a-432777c5c6ca" targetNamespace="http://schemas.microsoft.com/office/2006/metadata/properties" ma:root="true" ma:fieldsID="e14076e864f5c6234425599d0d99cf95" ns2:_="">
    <xsd:import namespace="6f562838-09de-4b65-939a-432777c5c6ca"/>
    <xsd:element name="properties">
      <xsd:complexType>
        <xsd:sequence>
          <xsd:element name="documentManagement">
            <xsd:complexType>
              <xsd:all>
                <xsd:element ref="ns2:c2d7d53541144364bb9d71f286b51f7e" minOccurs="0"/>
                <xsd:element ref="ns2:TaxCatchAll" minOccurs="0"/>
                <xsd:element ref="ns2:TaxCatchAllLabel" minOccurs="0"/>
                <xsd:element ref="ns2:jb15094b84d04db39a8de0b202a5649b" minOccurs="0"/>
                <xsd:element ref="ns2:a01561942c7d47699e3a361a6a580934" minOccurs="0"/>
                <xsd:element ref="ns2:SolarAuthor" minOccurs="0"/>
                <xsd:element ref="ns2:ece120804c3e4f2e81afd96eec8909f4" minOccurs="0"/>
                <xsd:element ref="ns2:i7a4717f7d5d4c169373d4bfa77876ba" minOccurs="0"/>
                <xsd:element ref="ns2:b0b6db7483f14678a4ad7fdce99521be" minOccurs="0"/>
                <xsd:element ref="ns2:beaf417fcb4a4faab8ee781c2aab710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2838-09de-4b65-939a-432777c5c6ca" elementFormDefault="qualified">
    <xsd:import namespace="http://schemas.microsoft.com/office/2006/documentManagement/types"/>
    <xsd:import namespace="http://schemas.microsoft.com/office/infopath/2007/PartnerControls"/>
    <xsd:element name="c2d7d53541144364bb9d71f286b51f7e" ma:index="8" ma:taxonomy="true" ma:internalName="c2d7d53541144364bb9d71f286b51f7e" ma:taxonomyFieldName="SolarLocation" ma:displayName="Location" ma:fieldId="{c2d7d535-4114-4364-bb9d-71f286b51f7e}" ma:taxonomyMulti="true" ma:sspId="b9d2b188-b8f0-4527-ab9c-6ed07e2b5a47" ma:termSetId="91c000f1-3349-4c42-8265-e80d17e136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42fe2df-cca8-4027-b953-ff88ee33d181}" ma:internalName="TaxCatchAll" ma:showField="CatchAllData" ma:web="519e063b-6770-4ea8-baa2-9c29a412d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2fe2df-cca8-4027-b953-ff88ee33d181}" ma:internalName="TaxCatchAllLabel" ma:readOnly="true" ma:showField="CatchAllDataLabel" ma:web="519e063b-6770-4ea8-baa2-9c29a412d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15094b84d04db39a8de0b202a5649b" ma:index="12" nillable="true" ma:taxonomy="true" ma:internalName="jb15094b84d04db39a8de0b202a5649b" ma:taxonomyFieldName="SolarBusinessUnit" ma:displayName="Business Unit" ma:readOnly="false" ma:fieldId="{3b15094b-84d0-4db3-9a8d-e0b202a5649b}" ma:taxonomyMulti="true" ma:sspId="b9d2b188-b8f0-4527-ab9c-6ed07e2b5a47" ma:termSetId="9862a471-922d-4dbf-86ff-7f9443f4b6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1561942c7d47699e3a361a6a580934" ma:index="14" ma:taxonomy="true" ma:internalName="a01561942c7d47699e3a361a6a580934" ma:taxonomyFieldName="SolarDepartment" ma:displayName="Department" ma:fieldId="{a0156194-2c7d-4769-9e3a-361a6a580934}" ma:taxonomyMulti="true" ma:sspId="b9d2b188-b8f0-4527-ab9c-6ed07e2b5a47" ma:termSetId="a2a9cd89-8956-43cd-8902-c890ec3194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arAuthor" ma:index="16" nillable="true" ma:displayName="Content Author" ma:description="Please specify the author of the content" ma:SharePointGroup="0" ma:internalName="Solar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e120804c3e4f2e81afd96eec8909f4" ma:index="17" ma:taxonomy="true" ma:internalName="ece120804c3e4f2e81afd96eec8909f4" ma:taxonomyFieldName="SolarCategory" ma:displayName="Category" ma:readOnly="false" ma:fieldId="{ece12080-4c3e-4f2e-81af-d96eec8909f4}" ma:sspId="b9d2b188-b8f0-4527-ab9c-6ed07e2b5a47" ma:termSetId="af3054d5-0efb-4d05-9185-ffb492b046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a4717f7d5d4c169373d4bfa77876ba" ma:index="19" ma:taxonomy="true" ma:internalName="i7a4717f7d5d4c169373d4bfa77876ba" ma:taxonomyFieldName="SolarDocumentType" ma:displayName="Document Type" ma:fieldId="{27a4717f-7d5d-4c16-9373-d4bfa77876ba}" ma:sspId="b9d2b188-b8f0-4527-ab9c-6ed07e2b5a47" ma:termSetId="3becb80b-35bf-4675-a7f1-fd97918282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0b6db7483f14678a4ad7fdce99521be" ma:index="21" nillable="true" ma:taxonomy="true" ma:internalName="b0b6db7483f14678a4ad7fdce99521be" ma:taxonomyFieldName="InformationValue" ma:displayName="Information Value" ma:default="" ma:fieldId="{b0b6db74-83f1-4678-a4ad-7fdce99521be}" ma:sspId="b9d2b188-b8f0-4527-ab9c-6ed07e2b5a47" ma:termSetId="34b0f4c5-defa-4470-bf4b-1423e5dab3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af417fcb4a4faab8ee781c2aab7105" ma:index="23" nillable="true" ma:taxonomy="true" ma:internalName="beaf417fcb4a4faab8ee781c2aab7105" ma:taxonomyFieldName="SolarRecordOutcome" ma:displayName="Record Outcome" ma:fieldId="{beaf417f-cb4a-4faa-b8ee-781c2aab7105}" ma:sspId="b9d2b188-b8f0-4527-ab9c-6ed07e2b5a47" ma:termSetId="1c7376b3-8ddf-4288-95f1-75a2960d122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15094b84d04db39a8de0b202a5649b xmlns="6f562838-09de-4b65-939a-432777c5c6ca">
      <Terms xmlns="http://schemas.microsoft.com/office/infopath/2007/PartnerControls"/>
    </jb15094b84d04db39a8de0b202a5649b>
    <c2d7d53541144364bb9d71f286b51f7e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Ilam</TermName>
          <TermId xmlns="http://schemas.microsoft.com/office/infopath/2007/PartnerControls">17015150-e7d5-4990-b358-e90ea571f1b0</TermId>
        </TermInfo>
      </Terms>
    </c2d7d53541144364bb9d71f286b51f7e>
    <a01561942c7d47699e3a361a6a58093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UCSA</TermName>
          <TermId xmlns="http://schemas.microsoft.com/office/infopath/2007/PartnerControls">ddaca53a-0a38-40ed-9ffd-bcd2fab4de28</TermId>
        </TermInfo>
      </Terms>
    </a01561942c7d47699e3a361a6a580934>
    <ece120804c3e4f2e81afd96eec8909f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Administration</TermName>
          <TermId xmlns="http://schemas.microsoft.com/office/infopath/2007/PartnerControls">5922f16f-5876-4a9c-b5de-d040ae3368bc</TermId>
        </TermInfo>
      </Terms>
    </ece120804c3e4f2e81afd96eec8909f4>
    <beaf417fcb4a4faab8ee781c2aab7105 xmlns="6f562838-09de-4b65-939a-432777c5c6ca">
      <Terms xmlns="http://schemas.microsoft.com/office/infopath/2007/PartnerControls"/>
    </beaf417fcb4a4faab8ee781c2aab7105>
    <b0b6db7483f14678a4ad7fdce99521be xmlns="6f562838-09de-4b65-939a-432777c5c6ca">
      <Terms xmlns="http://schemas.microsoft.com/office/infopath/2007/PartnerControls"/>
    </b0b6db7483f14678a4ad7fdce99521be>
    <i7a4717f7d5d4c169373d4bfa77876ba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Departmental Document [Information]</TermName>
          <TermId xmlns="http://schemas.microsoft.com/office/infopath/2007/PartnerControls">fac5df9f-00c6-476f-b378-e7e6fdb4a7a9</TermId>
        </TermInfo>
      </Terms>
    </i7a4717f7d5d4c169373d4bfa77876ba>
    <SolarAuthor xmlns="6f562838-09de-4b65-939a-432777c5c6ca">
      <UserInfo>
        <DisplayName/>
        <AccountId xsi:nil="true"/>
        <AccountType/>
      </UserInfo>
    </SolarAuthor>
    <TaxCatchAll xmlns="6f562838-09de-4b65-939a-432777c5c6ca">
      <Value>4</Value>
      <Value>3</Value>
      <Value>2</Value>
      <Value>1</Value>
    </TaxCatchAl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D6C0FD-4CCB-402D-89B6-EA080F82CAD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741EEC2-C231-43CE-BBAA-F3C760D9E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62838-09de-4b65-939a-432777c5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29483-41E2-4C61-8043-1E81CAC8C0DA}">
  <ds:schemaRefs>
    <ds:schemaRef ds:uri="http://schemas.microsoft.com/office/2006/metadata/properties"/>
    <ds:schemaRef ds:uri="http://schemas.microsoft.com/office/infopath/2007/PartnerControls"/>
    <ds:schemaRef ds:uri="6f562838-09de-4b65-939a-432777c5c6ca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67D352D-DA23-47C2-87B3-B60D54304F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c781727-710e-4855-bc4c-690266a1b551}" enabled="0" method="" siteId="{dc781727-710e-4855-bc4c-690266a1b5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468</Characters>
  <Application>Microsoft Office Word</Application>
  <DocSecurity>0</DocSecurity>
  <Lines>3</Lines>
  <Paragraphs>1</Paragraphs>
  <ScaleCrop>false</ScaleCrop>
  <Manager/>
  <Company/>
  <LinksUpToDate>false</LinksUpToDate>
  <CharactersWithSpaces>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Tegan Jardine</dc:creator>
  <cp:keywords/>
  <dc:description>generated by python-docx</dc:description>
  <cp:lastModifiedBy>Tegan Jardine</cp:lastModifiedBy>
  <cp:revision>28</cp:revision>
  <dcterms:created xsi:type="dcterms:W3CDTF">2026-08-06T08:46:00Z</dcterms:created>
  <dcterms:modified xsi:type="dcterms:W3CDTF">2026-11-05T03:41:00Z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arRecordOutcome">
    <vt:lpwstr/>
  </property>
  <property fmtid="{D5CDD505-2E9C-101B-9397-08002B2CF9AE}" pid="3" name="SolarDocumentType">
    <vt:lpwstr>4;#Departmental Document [Information]|fac5df9f-00c6-476f-b378-e7e6fdb4a7a9</vt:lpwstr>
  </property>
  <property fmtid="{D5CDD505-2E9C-101B-9397-08002B2CF9AE}" pid="4" name="MediaServiceImageTags">
    <vt:lpwstr/>
  </property>
  <property fmtid="{D5CDD505-2E9C-101B-9397-08002B2CF9AE}" pid="5" name="ContentTypeId">
    <vt:lpwstr>0x010100BD80C5A6E3BE6B41A2427F16147D47A400B2C67992B82B4DC0A6BAC07199297A210015C03B4AD6DD52408EE027FFBB039C97</vt:lpwstr>
  </property>
  <property fmtid="{D5CDD505-2E9C-101B-9397-08002B2CF9AE}" pid="6" name="SolarCategory">
    <vt:lpwstr>3;#Department Administration|5922f16f-5876-4a9c-b5de-d040ae3368bc</vt:lpwstr>
  </property>
  <property fmtid="{D5CDD505-2E9C-101B-9397-08002B2CF9AE}" pid="7" name="ComplianceAssetId">
    <vt:lpwstr/>
  </property>
  <property fmtid="{D5CDD505-2E9C-101B-9397-08002B2CF9AE}" pid="8" name="SolarLocation">
    <vt:lpwstr>1;#Ilam|17015150-e7d5-4990-b358-e90ea571f1b0</vt:lpwstr>
  </property>
  <property fmtid="{D5CDD505-2E9C-101B-9397-08002B2CF9AE}" pid="9" name="_ExtendedDescription">
    <vt:lpwstr/>
  </property>
  <property fmtid="{D5CDD505-2E9C-101B-9397-08002B2CF9AE}" pid="10" name="SolarDepartment">
    <vt:lpwstr>2;#UCSA|ddaca53a-0a38-40ed-9ffd-bcd2fab4de28</vt:lpwstr>
  </property>
  <property fmtid="{D5CDD505-2E9C-101B-9397-08002B2CF9AE}" pid="11" name="_activity">
    <vt:lpwstr>{"FileActivityType":"9","FileActivityTimeStamp":"2026-08-06T08:46:28.420Z","FileActivityUsersOnPage":[{"DisplayName":"Tegan Jardine","Id":"tegan.jardine@ucsa.org.nz"}],"FileActivityNavigationId":null}</vt:lpwstr>
  </property>
  <property fmtid="{D5CDD505-2E9C-101B-9397-08002B2CF9AE}" pid="12" name="TriggerFlowInfo">
    <vt:lpwstr/>
  </property>
  <property fmtid="{D5CDD505-2E9C-101B-9397-08002B2CF9AE}" pid="13" name="SolarBusinessUnit">
    <vt:lpwstr/>
  </property>
  <property fmtid="{D5CDD505-2E9C-101B-9397-08002B2CF9AE}" pid="14" name="InformationValue">
    <vt:lpwstr/>
  </property>
  <property fmtid="{D5CDD505-2E9C-101B-9397-08002B2CF9AE}" pid="15" name="lcf76f155ced4ddcb4097134ff3c332f">
    <vt:lpwstr/>
  </property>
</Properties>
</file>