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22483" w14:textId="37136849" w:rsidR="00C529C9" w:rsidRPr="00A57738" w:rsidRDefault="00000000" w:rsidP="008170C0">
      <w:pPr>
        <w:jc w:val="center"/>
        <w:rPr>
          <w:rFonts w:ascii="Century Gothic" w:eastAsia="Century Gothic" w:hAnsi="Century Gothic" w:cs="Century Gothic"/>
          <w:b/>
          <w:bCs/>
        </w:rPr>
      </w:pPr>
      <w:r w:rsidRPr="00A57738">
        <w:rPr>
          <w:rFonts w:ascii="Century Gothic" w:eastAsia="Century Gothic" w:hAnsi="Century Gothic" w:cs="Century Gothic"/>
          <w:b/>
          <w:bCs/>
        </w:rPr>
        <w:t>I</w:t>
      </w:r>
      <w:r w:rsidR="000A2F12" w:rsidRPr="00A57738">
        <w:rPr>
          <w:rFonts w:ascii="Century Gothic" w:eastAsia="Century Gothic" w:hAnsi="Century Gothic" w:cs="Century Gothic"/>
          <w:b/>
          <w:bCs/>
        </w:rPr>
        <w:t xml:space="preserve">NAUGURAL </w:t>
      </w:r>
      <w:r w:rsidRPr="00A57738">
        <w:rPr>
          <w:rFonts w:ascii="Century Gothic" w:eastAsia="Century Gothic" w:hAnsi="Century Gothic" w:cs="Century Gothic"/>
          <w:b/>
          <w:bCs/>
        </w:rPr>
        <w:t>GENERAL MEETING MINUTES</w:t>
      </w:r>
    </w:p>
    <w:p w14:paraId="4C744B78" w14:textId="77777777" w:rsidR="00D20D43" w:rsidRPr="00A57738" w:rsidRDefault="00D20D43" w:rsidP="00D20D43">
      <w:pPr>
        <w:jc w:val="center"/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>Club Name</w:t>
      </w:r>
    </w:p>
    <w:p w14:paraId="24800E71" w14:textId="77777777" w:rsidR="00D20D43" w:rsidRPr="00A57738" w:rsidRDefault="00D20D43" w:rsidP="00D20D43">
      <w:pPr>
        <w:rPr>
          <w:rFonts w:ascii="Century Gothic" w:eastAsia="Century Gothic" w:hAnsi="Century Gothic" w:cs="Century Gothic"/>
          <w:b/>
          <w:bCs/>
        </w:rPr>
      </w:pPr>
      <w:r w:rsidRPr="00A57738">
        <w:rPr>
          <w:rFonts w:ascii="Century Gothic" w:eastAsia="Century Gothic" w:hAnsi="Century Gothic" w:cs="Century Gothic"/>
          <w:b/>
          <w:bCs/>
        </w:rPr>
        <w:t>Date:</w:t>
      </w:r>
    </w:p>
    <w:p w14:paraId="5FB6C257" w14:textId="77777777" w:rsidR="00D20D43" w:rsidRPr="00A57738" w:rsidRDefault="00D20D43" w:rsidP="00D20D43">
      <w:pPr>
        <w:rPr>
          <w:rFonts w:ascii="Century Gothic" w:eastAsia="Century Gothic" w:hAnsi="Century Gothic" w:cs="Century Gothic"/>
          <w:b/>
          <w:bCs/>
        </w:rPr>
      </w:pPr>
      <w:r w:rsidRPr="00A57738">
        <w:rPr>
          <w:rFonts w:ascii="Century Gothic" w:eastAsia="Century Gothic" w:hAnsi="Century Gothic" w:cs="Century Gothic"/>
          <w:b/>
          <w:bCs/>
        </w:rPr>
        <w:t>Time:</w:t>
      </w:r>
    </w:p>
    <w:p w14:paraId="014A73C7" w14:textId="77777777" w:rsidR="00D20D43" w:rsidRPr="00A57738" w:rsidRDefault="00D20D43" w:rsidP="00D20D43">
      <w:pPr>
        <w:rPr>
          <w:rFonts w:ascii="Century Gothic" w:eastAsia="Century Gothic" w:hAnsi="Century Gothic" w:cs="Century Gothic"/>
          <w:b/>
          <w:bCs/>
        </w:rPr>
      </w:pPr>
      <w:r w:rsidRPr="00A57738">
        <w:rPr>
          <w:rFonts w:ascii="Century Gothic" w:eastAsia="Century Gothic" w:hAnsi="Century Gothic" w:cs="Century Gothic"/>
          <w:b/>
          <w:bCs/>
        </w:rPr>
        <w:t>Venue:</w:t>
      </w:r>
    </w:p>
    <w:p w14:paraId="2048498D" w14:textId="77777777" w:rsidR="00D20D43" w:rsidRPr="00A57738" w:rsidRDefault="00D20D43" w:rsidP="00D20D43">
      <w:pPr>
        <w:rPr>
          <w:rFonts w:ascii="Century Gothic" w:eastAsia="Century Gothic" w:hAnsi="Century Gothic" w:cs="Century Gothic"/>
          <w:b/>
          <w:bCs/>
        </w:rPr>
      </w:pPr>
      <w:r w:rsidRPr="00A57738">
        <w:rPr>
          <w:rFonts w:ascii="Century Gothic" w:eastAsia="Century Gothic" w:hAnsi="Century Gothic" w:cs="Century Gothic"/>
          <w:b/>
          <w:bCs/>
        </w:rPr>
        <w:t>Chairperson:</w:t>
      </w:r>
    </w:p>
    <w:p w14:paraId="103A58CE" w14:textId="77777777" w:rsidR="00D20D43" w:rsidRPr="00A57738" w:rsidRDefault="00D20D43" w:rsidP="00D20D43">
      <w:pPr>
        <w:pBdr>
          <w:bottom w:val="single" w:sz="12" w:space="1" w:color="auto"/>
        </w:pBdr>
        <w:rPr>
          <w:rFonts w:ascii="Century Gothic" w:eastAsia="Century Gothic" w:hAnsi="Century Gothic" w:cs="Century Gothic"/>
          <w:b/>
          <w:bCs/>
        </w:rPr>
      </w:pPr>
      <w:r w:rsidRPr="00A57738">
        <w:rPr>
          <w:rFonts w:ascii="Century Gothic" w:eastAsia="Century Gothic" w:hAnsi="Century Gothic" w:cs="Century Gothic"/>
          <w:b/>
          <w:bCs/>
        </w:rPr>
        <w:t>Minute Secretary:</w:t>
      </w:r>
    </w:p>
    <w:p w14:paraId="296D86C1" w14:textId="77777777" w:rsidR="00D20D43" w:rsidRPr="00A57738" w:rsidRDefault="00D20D43" w:rsidP="00D20D43">
      <w:pPr>
        <w:rPr>
          <w:rFonts w:ascii="Century Gothic" w:eastAsia="Century Gothic" w:hAnsi="Century Gothic" w:cs="Century Gothic"/>
          <w:b/>
          <w:bCs/>
        </w:rPr>
      </w:pPr>
      <w:r w:rsidRPr="00A57738">
        <w:rPr>
          <w:rFonts w:ascii="Century Gothic" w:eastAsia="Century Gothic" w:hAnsi="Century Gothic" w:cs="Century Gothic"/>
          <w:b/>
          <w:bCs/>
        </w:rPr>
        <w:t>1. Welcome and Opening</w:t>
      </w:r>
    </w:p>
    <w:p w14:paraId="06ADD5B1" w14:textId="77777777" w:rsidR="00903BB6" w:rsidRPr="00A57738" w:rsidRDefault="00903BB6" w:rsidP="008170C0">
      <w:pPr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>Time meeting opened: _________</w:t>
      </w:r>
    </w:p>
    <w:p w14:paraId="55EB93A8" w14:textId="77777777" w:rsidR="00903BB6" w:rsidRPr="00A57738" w:rsidRDefault="00903BB6" w:rsidP="008170C0">
      <w:pPr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>Chairperson opened the AGM and welcomed attendees.</w:t>
      </w:r>
    </w:p>
    <w:p w14:paraId="19B904FE" w14:textId="2AE04414" w:rsidR="00C529C9" w:rsidRPr="00A57738" w:rsidRDefault="00000000" w:rsidP="008170C0">
      <w:pPr>
        <w:rPr>
          <w:rFonts w:ascii="Century Gothic" w:hAnsi="Century Gothic"/>
          <w:b/>
          <w:bCs/>
        </w:rPr>
      </w:pPr>
      <w:r w:rsidRPr="00A57738">
        <w:rPr>
          <w:rFonts w:ascii="Century Gothic" w:hAnsi="Century Gothic"/>
          <w:b/>
          <w:bCs/>
        </w:rPr>
        <w:t>2. A</w:t>
      </w:r>
      <w:r w:rsidR="00612B02" w:rsidRPr="00A57738">
        <w:rPr>
          <w:rFonts w:ascii="Century Gothic" w:hAnsi="Century Gothic"/>
          <w:b/>
          <w:bCs/>
        </w:rPr>
        <w:t>ttendance</w:t>
      </w:r>
    </w:p>
    <w:p w14:paraId="1DC9D3C2" w14:textId="77777777" w:rsidR="00B37553" w:rsidRPr="002C66B1" w:rsidRDefault="00B37553" w:rsidP="00B37553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(</w:t>
      </w:r>
      <w:r w:rsidRPr="002C66B1">
        <w:rPr>
          <w:rFonts w:ascii="Century Gothic" w:eastAsia="Century Gothic" w:hAnsi="Century Gothic" w:cs="Century Gothic"/>
        </w:rPr>
        <w:t>Record apologies received.</w:t>
      </w:r>
      <w:r>
        <w:rPr>
          <w:rFonts w:ascii="Century Gothic" w:eastAsia="Century Gothic" w:hAnsi="Century Gothic" w:cs="Century Gothic"/>
        </w:rPr>
        <w:t>)</w:t>
      </w:r>
    </w:p>
    <w:p w14:paraId="50B6C169" w14:textId="77777777" w:rsidR="00C529C9" w:rsidRPr="00A57738" w:rsidRDefault="00000000" w:rsidP="008170C0">
      <w:pPr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>Confirmation of quorum:</w:t>
      </w:r>
    </w:p>
    <w:p w14:paraId="0E26B635" w14:textId="3C3029FA" w:rsidR="00C529C9" w:rsidRPr="00A57738" w:rsidRDefault="00000000" w:rsidP="008170C0">
      <w:pPr>
        <w:rPr>
          <w:rFonts w:ascii="Century Gothic" w:hAnsi="Century Gothic"/>
          <w:b/>
          <w:bCs/>
        </w:rPr>
      </w:pPr>
      <w:r w:rsidRPr="00A57738">
        <w:rPr>
          <w:rFonts w:ascii="Century Gothic" w:hAnsi="Century Gothic"/>
          <w:b/>
          <w:bCs/>
        </w:rPr>
        <w:t xml:space="preserve">3. </w:t>
      </w:r>
      <w:r w:rsidR="00204745" w:rsidRPr="00A57738">
        <w:rPr>
          <w:rFonts w:ascii="Century Gothic" w:hAnsi="Century Gothic"/>
          <w:b/>
          <w:bCs/>
        </w:rPr>
        <w:t>Purpose of the Meeting</w:t>
      </w:r>
    </w:p>
    <w:p w14:paraId="7E28D9A7" w14:textId="77777777" w:rsidR="00C529C9" w:rsidRPr="00A57738" w:rsidRDefault="00000000" w:rsidP="008170C0">
      <w:pPr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>(Reason for establishing the club or committee)</w:t>
      </w:r>
    </w:p>
    <w:p w14:paraId="0032EA09" w14:textId="22A29A89" w:rsidR="00C529C9" w:rsidRPr="00A57738" w:rsidRDefault="00000000" w:rsidP="008170C0">
      <w:pPr>
        <w:rPr>
          <w:rFonts w:ascii="Century Gothic" w:hAnsi="Century Gothic"/>
          <w:b/>
          <w:bCs/>
        </w:rPr>
      </w:pPr>
      <w:r w:rsidRPr="00A57738">
        <w:rPr>
          <w:rFonts w:ascii="Century Gothic" w:hAnsi="Century Gothic"/>
          <w:b/>
          <w:bCs/>
        </w:rPr>
        <w:t xml:space="preserve">4. </w:t>
      </w:r>
      <w:r w:rsidR="0097682B" w:rsidRPr="00A57738">
        <w:rPr>
          <w:rFonts w:ascii="Century Gothic" w:hAnsi="Century Gothic"/>
          <w:b/>
          <w:bCs/>
        </w:rPr>
        <w:t xml:space="preserve">Presentation of the </w:t>
      </w:r>
      <w:r w:rsidR="000F1E59" w:rsidRPr="00A57738">
        <w:rPr>
          <w:rFonts w:ascii="Century Gothic" w:hAnsi="Century Gothic"/>
          <w:b/>
          <w:bCs/>
        </w:rPr>
        <w:t>Constitution</w:t>
      </w:r>
    </w:p>
    <w:p w14:paraId="1F839EE4" w14:textId="3AC65578" w:rsidR="000F1E59" w:rsidRPr="00A57738" w:rsidRDefault="000F1E59" w:rsidP="008170C0">
      <w:pPr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 xml:space="preserve">(Discuss the name of the proposed club, the purpose </w:t>
      </w:r>
      <w:r w:rsidR="009B3F26" w:rsidRPr="00A57738">
        <w:rPr>
          <w:rFonts w:ascii="Century Gothic" w:eastAsia="Century Gothic" w:hAnsi="Century Gothic" w:cs="Century Gothic"/>
        </w:rPr>
        <w:t>etc.</w:t>
      </w:r>
      <w:r w:rsidRPr="00A57738">
        <w:rPr>
          <w:rFonts w:ascii="Century Gothic" w:eastAsia="Century Gothic" w:hAnsi="Century Gothic" w:cs="Century Gothic"/>
        </w:rPr>
        <w:t>)</w:t>
      </w:r>
    </w:p>
    <w:p w14:paraId="203780C2" w14:textId="61860793" w:rsidR="000F1E59" w:rsidRPr="00A57738" w:rsidRDefault="0097682B" w:rsidP="008170C0">
      <w:pPr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 xml:space="preserve">Motion to </w:t>
      </w:r>
      <w:r w:rsidR="000F1E59" w:rsidRPr="00A57738">
        <w:rPr>
          <w:rFonts w:ascii="Century Gothic" w:eastAsia="Century Gothic" w:hAnsi="Century Gothic" w:cs="Century Gothic"/>
        </w:rPr>
        <w:t>adopt the constitution.</w:t>
      </w:r>
    </w:p>
    <w:p w14:paraId="126DE470" w14:textId="62128DBC" w:rsidR="000F1E59" w:rsidRPr="00A57738" w:rsidRDefault="000F1E59" w:rsidP="008170C0">
      <w:pPr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 xml:space="preserve">Moved: </w:t>
      </w:r>
      <w:r w:rsidR="0097682B" w:rsidRPr="00A57738">
        <w:rPr>
          <w:rFonts w:ascii="Century Gothic" w:eastAsia="Century Gothic" w:hAnsi="Century Gothic" w:cs="Century Gothic"/>
        </w:rPr>
        <w:t>______ Seconded: ______</w:t>
      </w:r>
    </w:p>
    <w:p w14:paraId="56C323DF" w14:textId="1CE1678B" w:rsidR="0097682B" w:rsidRPr="00A57738" w:rsidRDefault="0097682B" w:rsidP="008170C0">
      <w:pPr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>Result: Carried / Not Carried</w:t>
      </w:r>
    </w:p>
    <w:p w14:paraId="1ECA16C8" w14:textId="6C198BB9" w:rsidR="00C529C9" w:rsidRPr="00A57738" w:rsidRDefault="00000000" w:rsidP="008170C0">
      <w:pPr>
        <w:rPr>
          <w:rFonts w:ascii="Century Gothic" w:hAnsi="Century Gothic"/>
          <w:b/>
          <w:bCs/>
        </w:rPr>
      </w:pPr>
      <w:r w:rsidRPr="00A57738">
        <w:rPr>
          <w:rFonts w:ascii="Century Gothic" w:hAnsi="Century Gothic"/>
          <w:b/>
          <w:bCs/>
        </w:rPr>
        <w:t>5. M</w:t>
      </w:r>
      <w:r w:rsidR="009B3F26" w:rsidRPr="00A57738">
        <w:rPr>
          <w:rFonts w:ascii="Century Gothic" w:hAnsi="Century Gothic"/>
          <w:b/>
          <w:bCs/>
        </w:rPr>
        <w:t>embership</w:t>
      </w:r>
    </w:p>
    <w:p w14:paraId="49D8B539" w14:textId="77777777" w:rsidR="00C529C9" w:rsidRPr="00A57738" w:rsidRDefault="00000000" w:rsidP="008170C0">
      <w:pPr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>Membership fee proposal:</w:t>
      </w:r>
    </w:p>
    <w:p w14:paraId="0C9E669A" w14:textId="77777777" w:rsidR="009B3F26" w:rsidRPr="00A57738" w:rsidRDefault="009B3F26" w:rsidP="008170C0">
      <w:pPr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>Moved: ______ Seconded: ______</w:t>
      </w:r>
    </w:p>
    <w:p w14:paraId="33D2E023" w14:textId="77777777" w:rsidR="009B3F26" w:rsidRPr="00A57738" w:rsidRDefault="009B3F26" w:rsidP="008170C0">
      <w:pPr>
        <w:rPr>
          <w:rFonts w:ascii="Century Gothic" w:eastAsia="Century Gothic" w:hAnsi="Century Gothic" w:cs="Century Gothic"/>
        </w:rPr>
      </w:pPr>
      <w:r w:rsidRPr="00A57738">
        <w:rPr>
          <w:rFonts w:ascii="Century Gothic" w:eastAsia="Century Gothic" w:hAnsi="Century Gothic" w:cs="Century Gothic"/>
        </w:rPr>
        <w:t>Result: Carried / Not Carried</w:t>
      </w:r>
    </w:p>
    <w:p w14:paraId="70E76510" w14:textId="484296D8" w:rsidR="00C529C9" w:rsidRPr="00A57738" w:rsidRDefault="00000000" w:rsidP="008170C0">
      <w:pPr>
        <w:rPr>
          <w:rFonts w:ascii="Century Gothic" w:hAnsi="Century Gothic"/>
          <w:b/>
          <w:bCs/>
        </w:rPr>
      </w:pPr>
      <w:r w:rsidRPr="00A57738">
        <w:rPr>
          <w:rFonts w:ascii="Century Gothic" w:hAnsi="Century Gothic"/>
          <w:b/>
          <w:bCs/>
        </w:rPr>
        <w:t>6. E</w:t>
      </w:r>
      <w:r w:rsidR="00D13CC8" w:rsidRPr="00A57738">
        <w:rPr>
          <w:rFonts w:ascii="Century Gothic" w:hAnsi="Century Gothic"/>
          <w:b/>
          <w:bCs/>
        </w:rPr>
        <w:t>lection</w:t>
      </w:r>
      <w:r w:rsidRPr="00A57738">
        <w:rPr>
          <w:rFonts w:ascii="Century Gothic" w:hAnsi="Century Gothic"/>
          <w:b/>
          <w:bCs/>
        </w:rPr>
        <w:t xml:space="preserve"> </w:t>
      </w:r>
      <w:r w:rsidR="00D13CC8" w:rsidRPr="00A57738">
        <w:rPr>
          <w:rFonts w:ascii="Century Gothic" w:hAnsi="Century Gothic"/>
          <w:b/>
          <w:bCs/>
        </w:rPr>
        <w:t>of Executive/Officers</w:t>
      </w:r>
    </w:p>
    <w:p w14:paraId="52EB25B4" w14:textId="52072ECA" w:rsidR="00ED743B" w:rsidRPr="00A57738" w:rsidRDefault="00BA353C" w:rsidP="008170C0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lastRenderedPageBreak/>
        <w:t>(</w:t>
      </w:r>
      <w:r w:rsidR="00ED743B" w:rsidRPr="00A57738">
        <w:rPr>
          <w:rFonts w:ascii="Century Gothic" w:eastAsia="Century Gothic" w:hAnsi="Century Gothic" w:cs="Century Gothic"/>
        </w:rPr>
        <w:t>Record nominations, voting outcomes, and elected officers.</w:t>
      </w:r>
      <w:r>
        <w:rPr>
          <w:rFonts w:ascii="Century Gothic" w:eastAsia="Century Gothic" w:hAnsi="Century Gothic" w:cs="Century Gothic"/>
        </w:rPr>
        <w:t>)</w:t>
      </w:r>
    </w:p>
    <w:p w14:paraId="781D1CA2" w14:textId="3144C051" w:rsidR="00C529C9" w:rsidRPr="00A57738" w:rsidRDefault="00000000" w:rsidP="008170C0">
      <w:pPr>
        <w:rPr>
          <w:rFonts w:ascii="Century Gothic" w:eastAsia="Century Gothic" w:hAnsi="Century Gothic" w:cs="Century Gothic"/>
          <w:b/>
          <w:bCs/>
        </w:rPr>
      </w:pPr>
      <w:r w:rsidRPr="00A57738">
        <w:rPr>
          <w:rFonts w:ascii="Century Gothic" w:eastAsia="Century Gothic" w:hAnsi="Century Gothic" w:cs="Century Gothic"/>
          <w:b/>
          <w:bCs/>
        </w:rPr>
        <w:t>Position:</w:t>
      </w:r>
      <w:r w:rsidR="009B3F26" w:rsidRPr="00A57738">
        <w:rPr>
          <w:rFonts w:ascii="Century Gothic" w:eastAsia="Century Gothic" w:hAnsi="Century Gothic" w:cs="Century Gothic"/>
          <w:b/>
          <w:bCs/>
        </w:rPr>
        <w:t xml:space="preserve"> President</w:t>
      </w:r>
    </w:p>
    <w:p w14:paraId="0FE05C94" w14:textId="77777777" w:rsidR="00C529C9" w:rsidRPr="00A57738" w:rsidRDefault="00000000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Nominees:</w:t>
      </w:r>
    </w:p>
    <w:p w14:paraId="64F10189" w14:textId="77777777" w:rsidR="00C529C9" w:rsidRPr="00A57738" w:rsidRDefault="00000000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Voting method:</w:t>
      </w:r>
    </w:p>
    <w:p w14:paraId="46DD476C" w14:textId="1A296831" w:rsidR="009B3F26" w:rsidRPr="00A57738" w:rsidRDefault="009B3F26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Result:</w:t>
      </w:r>
    </w:p>
    <w:p w14:paraId="587E55AB" w14:textId="0D1C8510" w:rsidR="00D13CC8" w:rsidRPr="00A57738" w:rsidRDefault="00D13CC8" w:rsidP="008170C0">
      <w:pPr>
        <w:rPr>
          <w:rFonts w:ascii="Century Gothic" w:hAnsi="Century Gothic"/>
          <w:b/>
          <w:bCs/>
        </w:rPr>
      </w:pPr>
      <w:r w:rsidRPr="00A57738">
        <w:rPr>
          <w:rFonts w:ascii="Century Gothic" w:hAnsi="Century Gothic"/>
          <w:b/>
          <w:bCs/>
        </w:rPr>
        <w:t xml:space="preserve">Position: </w:t>
      </w:r>
      <w:r w:rsidRPr="00A57738">
        <w:rPr>
          <w:rFonts w:ascii="Century Gothic" w:hAnsi="Century Gothic"/>
          <w:b/>
          <w:bCs/>
        </w:rPr>
        <w:t>Treasurer</w:t>
      </w:r>
    </w:p>
    <w:p w14:paraId="01A95AAA" w14:textId="77777777" w:rsidR="00D13CC8" w:rsidRPr="00A57738" w:rsidRDefault="00D13CC8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Nominees:</w:t>
      </w:r>
    </w:p>
    <w:p w14:paraId="5907E18E" w14:textId="77777777" w:rsidR="00D13CC8" w:rsidRPr="00A57738" w:rsidRDefault="00D13CC8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Voting method:</w:t>
      </w:r>
    </w:p>
    <w:p w14:paraId="1E64EE77" w14:textId="418EEE2D" w:rsidR="00D13CC8" w:rsidRPr="00A57738" w:rsidRDefault="00D13CC8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Result:</w:t>
      </w:r>
    </w:p>
    <w:p w14:paraId="7CA8F9E7" w14:textId="657B19E7" w:rsidR="00D13CC8" w:rsidRPr="00A57738" w:rsidRDefault="00D13CC8" w:rsidP="008170C0">
      <w:pPr>
        <w:rPr>
          <w:rFonts w:ascii="Century Gothic" w:hAnsi="Century Gothic"/>
          <w:b/>
          <w:bCs/>
        </w:rPr>
      </w:pPr>
      <w:r w:rsidRPr="00A57738">
        <w:rPr>
          <w:rFonts w:ascii="Century Gothic" w:hAnsi="Century Gothic"/>
          <w:b/>
          <w:bCs/>
        </w:rPr>
        <w:t xml:space="preserve">Position: </w:t>
      </w:r>
      <w:r w:rsidRPr="00A57738">
        <w:rPr>
          <w:rFonts w:ascii="Century Gothic" w:hAnsi="Century Gothic"/>
          <w:b/>
          <w:bCs/>
        </w:rPr>
        <w:t>Secretary</w:t>
      </w:r>
    </w:p>
    <w:p w14:paraId="79880375" w14:textId="77777777" w:rsidR="00D13CC8" w:rsidRPr="00A57738" w:rsidRDefault="00D13CC8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Nominees:</w:t>
      </w:r>
    </w:p>
    <w:p w14:paraId="71F9991C" w14:textId="77777777" w:rsidR="00D13CC8" w:rsidRPr="00A57738" w:rsidRDefault="00D13CC8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Voting method:</w:t>
      </w:r>
    </w:p>
    <w:p w14:paraId="0F73BFE2" w14:textId="77777777" w:rsidR="00D13CC8" w:rsidRPr="00A57738" w:rsidRDefault="00D13CC8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Result:</w:t>
      </w:r>
    </w:p>
    <w:p w14:paraId="0C32A1CE" w14:textId="2ADF77EF" w:rsidR="00D13CC8" w:rsidRPr="00A57738" w:rsidRDefault="00D13CC8" w:rsidP="008170C0">
      <w:pPr>
        <w:rPr>
          <w:rFonts w:ascii="Century Gothic" w:hAnsi="Century Gothic"/>
          <w:b/>
          <w:bCs/>
        </w:rPr>
      </w:pPr>
      <w:r w:rsidRPr="00A57738">
        <w:rPr>
          <w:rFonts w:ascii="Century Gothic" w:hAnsi="Century Gothic"/>
          <w:b/>
          <w:bCs/>
        </w:rPr>
        <w:t xml:space="preserve">Position: </w:t>
      </w:r>
      <w:r w:rsidRPr="00A57738">
        <w:rPr>
          <w:rFonts w:ascii="Century Gothic" w:hAnsi="Century Gothic"/>
          <w:b/>
          <w:bCs/>
        </w:rPr>
        <w:t>….</w:t>
      </w:r>
    </w:p>
    <w:p w14:paraId="0D7612FD" w14:textId="77777777" w:rsidR="00D13CC8" w:rsidRPr="00A57738" w:rsidRDefault="00D13CC8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Nominees:</w:t>
      </w:r>
    </w:p>
    <w:p w14:paraId="05C31B67" w14:textId="77777777" w:rsidR="00D13CC8" w:rsidRPr="00A57738" w:rsidRDefault="00D13CC8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Voting method:</w:t>
      </w:r>
    </w:p>
    <w:p w14:paraId="430957E9" w14:textId="5A58511F" w:rsidR="00D13CC8" w:rsidRPr="00A57738" w:rsidRDefault="00D13CC8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Result:</w:t>
      </w:r>
    </w:p>
    <w:p w14:paraId="2BB80FA1" w14:textId="77777777" w:rsidR="003C2CD5" w:rsidRDefault="00000000" w:rsidP="003C2CD5">
      <w:pPr>
        <w:pStyle w:val="Heading2"/>
        <w:rPr>
          <w:rFonts w:ascii="Century Gothic" w:hAnsi="Century Gothic"/>
          <w:color w:val="auto"/>
          <w:sz w:val="22"/>
          <w:szCs w:val="22"/>
        </w:rPr>
      </w:pPr>
      <w:r w:rsidRPr="00A57738">
        <w:rPr>
          <w:rFonts w:ascii="Century Gothic" w:hAnsi="Century Gothic"/>
          <w:color w:val="auto"/>
          <w:sz w:val="22"/>
          <w:szCs w:val="22"/>
        </w:rPr>
        <w:t xml:space="preserve">7. </w:t>
      </w:r>
      <w:r w:rsidR="00D13CC8" w:rsidRPr="00A57738">
        <w:rPr>
          <w:rFonts w:ascii="Century Gothic" w:hAnsi="Century Gothic"/>
          <w:color w:val="auto"/>
          <w:sz w:val="22"/>
          <w:szCs w:val="22"/>
        </w:rPr>
        <w:t xml:space="preserve">Initial Goal/ Plans for </w:t>
      </w:r>
      <w:r w:rsidR="00D92346" w:rsidRPr="00A57738">
        <w:rPr>
          <w:rFonts w:ascii="Century Gothic" w:hAnsi="Century Gothic"/>
          <w:color w:val="auto"/>
          <w:sz w:val="22"/>
          <w:szCs w:val="22"/>
        </w:rPr>
        <w:t>the Year</w:t>
      </w:r>
    </w:p>
    <w:p w14:paraId="5C6CCCA1" w14:textId="3746A1C0" w:rsidR="00C529C9" w:rsidRPr="003C2CD5" w:rsidRDefault="00000000" w:rsidP="003C2CD5">
      <w:pPr>
        <w:pStyle w:val="Heading2"/>
        <w:rPr>
          <w:rFonts w:ascii="Century Gothic" w:hAnsi="Century Gothic"/>
          <w:b w:val="0"/>
          <w:bCs w:val="0"/>
          <w:color w:val="auto"/>
          <w:sz w:val="22"/>
          <w:szCs w:val="22"/>
        </w:rPr>
      </w:pPr>
      <w:r w:rsidRPr="003C2CD5">
        <w:rPr>
          <w:rFonts w:ascii="Century Gothic" w:hAnsi="Century Gothic"/>
          <w:b w:val="0"/>
          <w:bCs w:val="0"/>
          <w:color w:val="auto"/>
          <w:sz w:val="22"/>
          <w:szCs w:val="22"/>
        </w:rPr>
        <w:t>(List initial objectives)</w:t>
      </w:r>
    </w:p>
    <w:p w14:paraId="66B03555" w14:textId="77777777" w:rsidR="003C2CD5" w:rsidRDefault="00000000" w:rsidP="003C2CD5">
      <w:pPr>
        <w:pStyle w:val="Heading2"/>
        <w:rPr>
          <w:rFonts w:ascii="Century Gothic" w:hAnsi="Century Gothic"/>
          <w:color w:val="auto"/>
          <w:sz w:val="22"/>
          <w:szCs w:val="22"/>
        </w:rPr>
      </w:pPr>
      <w:r w:rsidRPr="00A57738">
        <w:rPr>
          <w:rFonts w:ascii="Century Gothic" w:hAnsi="Century Gothic"/>
          <w:color w:val="auto"/>
          <w:sz w:val="22"/>
          <w:szCs w:val="22"/>
        </w:rPr>
        <w:t xml:space="preserve">8. </w:t>
      </w:r>
      <w:r w:rsidR="00D92346" w:rsidRPr="00A57738">
        <w:rPr>
          <w:rFonts w:ascii="Century Gothic" w:hAnsi="Century Gothic"/>
          <w:color w:val="auto"/>
          <w:sz w:val="22"/>
          <w:szCs w:val="22"/>
        </w:rPr>
        <w:t>General Business</w:t>
      </w:r>
    </w:p>
    <w:p w14:paraId="1E49A265" w14:textId="148FAB6D" w:rsidR="00A57738" w:rsidRPr="003C2CD5" w:rsidRDefault="00A57738" w:rsidP="003C2CD5">
      <w:pPr>
        <w:pStyle w:val="Heading2"/>
        <w:rPr>
          <w:rFonts w:ascii="Century Gothic" w:hAnsi="Century Gothic"/>
          <w:b w:val="0"/>
          <w:bCs w:val="0"/>
          <w:color w:val="auto"/>
          <w:sz w:val="22"/>
          <w:szCs w:val="22"/>
        </w:rPr>
      </w:pPr>
      <w:r w:rsidRPr="003C2CD5">
        <w:rPr>
          <w:rFonts w:ascii="Century Gothic" w:hAnsi="Century Gothic"/>
          <w:b w:val="0"/>
          <w:bCs w:val="0"/>
          <w:color w:val="auto"/>
          <w:sz w:val="22"/>
          <w:szCs w:val="22"/>
        </w:rPr>
        <w:t>(</w:t>
      </w:r>
      <w:r w:rsidR="00C45493" w:rsidRPr="003C2CD5">
        <w:rPr>
          <w:rFonts w:ascii="Century Gothic" w:hAnsi="Century Gothic"/>
          <w:b w:val="0"/>
          <w:bCs w:val="0"/>
          <w:color w:val="auto"/>
          <w:sz w:val="22"/>
          <w:szCs w:val="22"/>
        </w:rPr>
        <w:t>List items discussed and decisions made.</w:t>
      </w:r>
      <w:r w:rsidRPr="003C2CD5">
        <w:rPr>
          <w:rFonts w:ascii="Century Gothic" w:hAnsi="Century Gothic"/>
          <w:b w:val="0"/>
          <w:bCs w:val="0"/>
          <w:color w:val="auto"/>
          <w:sz w:val="22"/>
          <w:szCs w:val="22"/>
        </w:rPr>
        <w:t>)</w:t>
      </w:r>
    </w:p>
    <w:p w14:paraId="1094B92F" w14:textId="07261D5F" w:rsidR="00C529C9" w:rsidRPr="00A57738" w:rsidRDefault="00000000" w:rsidP="008170C0">
      <w:pPr>
        <w:pStyle w:val="Heading2"/>
        <w:rPr>
          <w:rFonts w:ascii="Century Gothic" w:hAnsi="Century Gothic"/>
          <w:color w:val="auto"/>
          <w:sz w:val="22"/>
          <w:szCs w:val="22"/>
        </w:rPr>
      </w:pPr>
      <w:r w:rsidRPr="00A57738">
        <w:rPr>
          <w:rFonts w:ascii="Century Gothic" w:hAnsi="Century Gothic"/>
          <w:color w:val="auto"/>
          <w:sz w:val="22"/>
          <w:szCs w:val="22"/>
        </w:rPr>
        <w:t xml:space="preserve">9. </w:t>
      </w:r>
      <w:r w:rsidR="00D13CC8" w:rsidRPr="00A57738">
        <w:rPr>
          <w:rFonts w:ascii="Century Gothic" w:hAnsi="Century Gothic"/>
          <w:color w:val="auto"/>
          <w:sz w:val="22"/>
          <w:szCs w:val="22"/>
        </w:rPr>
        <w:t>Meeting Close</w:t>
      </w:r>
    </w:p>
    <w:p w14:paraId="34910AC7" w14:textId="77777777" w:rsidR="00C529C9" w:rsidRPr="00A57738" w:rsidRDefault="00000000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Time closed:</w:t>
      </w:r>
    </w:p>
    <w:p w14:paraId="3B5751CE" w14:textId="77777777" w:rsidR="00C529C9" w:rsidRPr="00A57738" w:rsidRDefault="00000000" w:rsidP="008170C0">
      <w:pPr>
        <w:rPr>
          <w:rFonts w:ascii="Century Gothic" w:hAnsi="Century Gothic"/>
        </w:rPr>
      </w:pPr>
      <w:r w:rsidRPr="00A57738">
        <w:rPr>
          <w:rFonts w:ascii="Century Gothic" w:hAnsi="Century Gothic"/>
        </w:rPr>
        <w:t>Next meeting:</w:t>
      </w:r>
    </w:p>
    <w:p w14:paraId="329C7AB9" w14:textId="77777777" w:rsidR="00F04B92" w:rsidRPr="00A57738" w:rsidRDefault="00F04B92" w:rsidP="008170C0">
      <w:pPr>
        <w:rPr>
          <w:rFonts w:ascii="Century Gothic" w:eastAsia="Century Gothic" w:hAnsi="Century Gothic" w:cs="Century Gothic"/>
          <w:b/>
          <w:bCs/>
        </w:rPr>
      </w:pPr>
      <w:r w:rsidRPr="00A57738">
        <w:rPr>
          <w:rFonts w:ascii="Century Gothic" w:eastAsia="Century Gothic" w:hAnsi="Century Gothic" w:cs="Century Gothic"/>
          <w:b/>
          <w:bCs/>
        </w:rPr>
        <w:t>Attendance List</w:t>
      </w:r>
    </w:p>
    <w:tbl>
      <w:tblPr>
        <w:tblStyle w:val="TableGrid"/>
        <w:tblW w:w="9132" w:type="dxa"/>
        <w:tblLook w:val="04A0" w:firstRow="1" w:lastRow="0" w:firstColumn="1" w:lastColumn="0" w:noHBand="0" w:noVBand="1"/>
      </w:tblPr>
      <w:tblGrid>
        <w:gridCol w:w="4566"/>
        <w:gridCol w:w="4566"/>
      </w:tblGrid>
      <w:tr w:rsidR="00F04B92" w:rsidRPr="00A57738" w14:paraId="6020B73C" w14:textId="77777777" w:rsidTr="00DF3CDE">
        <w:trPr>
          <w:trHeight w:val="334"/>
        </w:trPr>
        <w:tc>
          <w:tcPr>
            <w:tcW w:w="4566" w:type="dxa"/>
          </w:tcPr>
          <w:p w14:paraId="381CCB0C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 w:rsidRPr="00A57738">
              <w:rPr>
                <w:rFonts w:ascii="Century Gothic" w:eastAsia="Century Gothic" w:hAnsi="Century Gothic" w:cs="Century Gothic"/>
                <w:b/>
                <w:bCs/>
              </w:rPr>
              <w:t>Name</w:t>
            </w:r>
          </w:p>
        </w:tc>
        <w:tc>
          <w:tcPr>
            <w:tcW w:w="4566" w:type="dxa"/>
          </w:tcPr>
          <w:p w14:paraId="43A65BE8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 w:rsidRPr="00A57738">
              <w:rPr>
                <w:rFonts w:ascii="Century Gothic" w:eastAsia="Century Gothic" w:hAnsi="Century Gothic" w:cs="Century Gothic"/>
                <w:b/>
                <w:bCs/>
              </w:rPr>
              <w:t>Position (if applicable)</w:t>
            </w:r>
          </w:p>
        </w:tc>
      </w:tr>
      <w:tr w:rsidR="00F04B92" w:rsidRPr="00A57738" w14:paraId="1FDC2095" w14:textId="77777777" w:rsidTr="00DF3CDE">
        <w:trPr>
          <w:trHeight w:val="315"/>
        </w:trPr>
        <w:tc>
          <w:tcPr>
            <w:tcW w:w="4566" w:type="dxa"/>
          </w:tcPr>
          <w:p w14:paraId="62225E79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5B8F3474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F04B92" w:rsidRPr="00A57738" w14:paraId="28B97520" w14:textId="77777777" w:rsidTr="00DF3CDE">
        <w:trPr>
          <w:trHeight w:val="315"/>
        </w:trPr>
        <w:tc>
          <w:tcPr>
            <w:tcW w:w="4566" w:type="dxa"/>
          </w:tcPr>
          <w:p w14:paraId="5ADAB0D2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12BE4714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F04B92" w:rsidRPr="00A57738" w14:paraId="1C5B1925" w14:textId="77777777" w:rsidTr="00DF3CDE">
        <w:trPr>
          <w:trHeight w:val="315"/>
        </w:trPr>
        <w:tc>
          <w:tcPr>
            <w:tcW w:w="4566" w:type="dxa"/>
          </w:tcPr>
          <w:p w14:paraId="6DCF2291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3E6DFBA1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F04B92" w:rsidRPr="00A57738" w14:paraId="5416FE84" w14:textId="77777777" w:rsidTr="00DF3CDE">
        <w:trPr>
          <w:trHeight w:val="315"/>
        </w:trPr>
        <w:tc>
          <w:tcPr>
            <w:tcW w:w="4566" w:type="dxa"/>
          </w:tcPr>
          <w:p w14:paraId="6DE0691F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552DAB71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F04B92" w:rsidRPr="00A57738" w14:paraId="14BC804B" w14:textId="77777777" w:rsidTr="00DF3CDE">
        <w:trPr>
          <w:trHeight w:val="315"/>
        </w:trPr>
        <w:tc>
          <w:tcPr>
            <w:tcW w:w="4566" w:type="dxa"/>
          </w:tcPr>
          <w:p w14:paraId="112F0072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5330DDDE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F04B92" w:rsidRPr="00A57738" w14:paraId="5A679C28" w14:textId="77777777" w:rsidTr="00DF3CDE">
        <w:trPr>
          <w:trHeight w:val="315"/>
        </w:trPr>
        <w:tc>
          <w:tcPr>
            <w:tcW w:w="4566" w:type="dxa"/>
          </w:tcPr>
          <w:p w14:paraId="1E926D47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727700D3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F04B92" w:rsidRPr="00A57738" w14:paraId="385A9078" w14:textId="77777777" w:rsidTr="00DF3CDE">
        <w:trPr>
          <w:trHeight w:val="315"/>
        </w:trPr>
        <w:tc>
          <w:tcPr>
            <w:tcW w:w="4566" w:type="dxa"/>
          </w:tcPr>
          <w:p w14:paraId="53DE8DF6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1BF8F1A2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F04B92" w:rsidRPr="00A57738" w14:paraId="3645B8FB" w14:textId="77777777" w:rsidTr="00DF3CDE">
        <w:trPr>
          <w:trHeight w:val="315"/>
        </w:trPr>
        <w:tc>
          <w:tcPr>
            <w:tcW w:w="4566" w:type="dxa"/>
          </w:tcPr>
          <w:p w14:paraId="0565236A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140C487E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F04B92" w:rsidRPr="00A57738" w14:paraId="2126124B" w14:textId="77777777" w:rsidTr="00DF3CDE">
        <w:trPr>
          <w:trHeight w:val="315"/>
        </w:trPr>
        <w:tc>
          <w:tcPr>
            <w:tcW w:w="4566" w:type="dxa"/>
          </w:tcPr>
          <w:p w14:paraId="2BD6394C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5460D05B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F04B92" w:rsidRPr="00A57738" w14:paraId="0D07BAB2" w14:textId="77777777" w:rsidTr="00DF3CDE">
        <w:trPr>
          <w:trHeight w:val="315"/>
        </w:trPr>
        <w:tc>
          <w:tcPr>
            <w:tcW w:w="4566" w:type="dxa"/>
          </w:tcPr>
          <w:p w14:paraId="4C989BEA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15A24397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F04B92" w:rsidRPr="00A57738" w14:paraId="6C5935FA" w14:textId="77777777" w:rsidTr="00DF3CDE">
        <w:trPr>
          <w:trHeight w:val="315"/>
        </w:trPr>
        <w:tc>
          <w:tcPr>
            <w:tcW w:w="4566" w:type="dxa"/>
          </w:tcPr>
          <w:p w14:paraId="7C91F309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06259F34" w14:textId="77777777" w:rsidR="00F04B92" w:rsidRPr="00A57738" w:rsidRDefault="00F04B92" w:rsidP="008170C0">
            <w:pPr>
              <w:spacing w:line="276" w:lineRule="auto"/>
              <w:rPr>
                <w:rFonts w:ascii="Century Gothic" w:eastAsia="Century Gothic" w:hAnsi="Century Gothic" w:cs="Century Gothic"/>
              </w:rPr>
            </w:pPr>
          </w:p>
        </w:tc>
      </w:tr>
    </w:tbl>
    <w:p w14:paraId="05FC141E" w14:textId="77777777" w:rsidR="00F04B92" w:rsidRPr="00A57738" w:rsidRDefault="00F04B92" w:rsidP="008170C0">
      <w:pPr>
        <w:pStyle w:val="Heading2"/>
        <w:rPr>
          <w:rFonts w:ascii="Century Gothic" w:hAnsi="Century Gothic"/>
          <w:color w:val="auto"/>
          <w:sz w:val="22"/>
          <w:szCs w:val="22"/>
        </w:rPr>
      </w:pPr>
    </w:p>
    <w:p w14:paraId="4FF338C8" w14:textId="77777777" w:rsidR="00F04B92" w:rsidRPr="00A57738" w:rsidRDefault="00000000" w:rsidP="008170C0">
      <w:pPr>
        <w:pStyle w:val="Heading2"/>
        <w:rPr>
          <w:rFonts w:ascii="Century Gothic" w:hAnsi="Century Gothic"/>
          <w:color w:val="auto"/>
          <w:sz w:val="22"/>
          <w:szCs w:val="22"/>
        </w:rPr>
      </w:pPr>
      <w:r w:rsidRPr="00A57738">
        <w:rPr>
          <w:rFonts w:ascii="Century Gothic" w:hAnsi="Century Gothic"/>
          <w:color w:val="auto"/>
          <w:sz w:val="22"/>
          <w:szCs w:val="22"/>
        </w:rPr>
        <w:t>Signed</w:t>
      </w:r>
      <w:r w:rsidR="00F04B92" w:rsidRPr="00A57738">
        <w:rPr>
          <w:rFonts w:ascii="Century Gothic" w:hAnsi="Century Gothic"/>
          <w:color w:val="auto"/>
          <w:sz w:val="22"/>
          <w:szCs w:val="22"/>
        </w:rPr>
        <w:t>:</w:t>
      </w:r>
    </w:p>
    <w:p w14:paraId="27A5BBB1" w14:textId="77777777" w:rsidR="00F04B92" w:rsidRPr="00A57738" w:rsidRDefault="00000000" w:rsidP="008170C0">
      <w:pPr>
        <w:pStyle w:val="Heading2"/>
        <w:rPr>
          <w:rFonts w:ascii="Century Gothic" w:hAnsi="Century Gothic"/>
          <w:b w:val="0"/>
          <w:bCs w:val="0"/>
          <w:color w:val="auto"/>
          <w:sz w:val="22"/>
          <w:szCs w:val="22"/>
        </w:rPr>
      </w:pPr>
      <w:r w:rsidRPr="00A57738">
        <w:rPr>
          <w:rFonts w:ascii="Century Gothic" w:hAnsi="Century Gothic"/>
          <w:b w:val="0"/>
          <w:bCs w:val="0"/>
          <w:color w:val="auto"/>
          <w:sz w:val="22"/>
          <w:szCs w:val="22"/>
        </w:rPr>
        <w:t>Chairperson:</w:t>
      </w:r>
    </w:p>
    <w:p w14:paraId="538DAC33" w14:textId="63BB6886" w:rsidR="00C529C9" w:rsidRPr="00A57738" w:rsidRDefault="00000000" w:rsidP="008170C0">
      <w:pPr>
        <w:pStyle w:val="Heading2"/>
        <w:rPr>
          <w:rFonts w:ascii="Century Gothic" w:hAnsi="Century Gothic"/>
          <w:b w:val="0"/>
          <w:bCs w:val="0"/>
          <w:color w:val="auto"/>
          <w:sz w:val="22"/>
          <w:szCs w:val="22"/>
        </w:rPr>
      </w:pPr>
      <w:r w:rsidRPr="00A57738">
        <w:rPr>
          <w:rFonts w:ascii="Century Gothic" w:hAnsi="Century Gothic"/>
          <w:b w:val="0"/>
          <w:bCs w:val="0"/>
          <w:color w:val="auto"/>
          <w:sz w:val="22"/>
          <w:szCs w:val="22"/>
        </w:rPr>
        <w:t>Date:</w:t>
      </w:r>
    </w:p>
    <w:sectPr w:rsidR="00C529C9" w:rsidRPr="00A5773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14B3E57"/>
    <w:multiLevelType w:val="hybridMultilevel"/>
    <w:tmpl w:val="B0B45EE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305190">
    <w:abstractNumId w:val="8"/>
  </w:num>
  <w:num w:numId="2" w16cid:durableId="1005135420">
    <w:abstractNumId w:val="6"/>
  </w:num>
  <w:num w:numId="3" w16cid:durableId="1249996387">
    <w:abstractNumId w:val="5"/>
  </w:num>
  <w:num w:numId="4" w16cid:durableId="943264800">
    <w:abstractNumId w:val="4"/>
  </w:num>
  <w:num w:numId="5" w16cid:durableId="305204522">
    <w:abstractNumId w:val="7"/>
  </w:num>
  <w:num w:numId="6" w16cid:durableId="251932476">
    <w:abstractNumId w:val="3"/>
  </w:num>
  <w:num w:numId="7" w16cid:durableId="626005713">
    <w:abstractNumId w:val="2"/>
  </w:num>
  <w:num w:numId="8" w16cid:durableId="1401443522">
    <w:abstractNumId w:val="1"/>
  </w:num>
  <w:num w:numId="9" w16cid:durableId="1429957985">
    <w:abstractNumId w:val="0"/>
  </w:num>
  <w:num w:numId="10" w16cid:durableId="3978261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F12"/>
    <w:rsid w:val="000F1E59"/>
    <w:rsid w:val="00110755"/>
    <w:rsid w:val="0015074B"/>
    <w:rsid w:val="00204745"/>
    <w:rsid w:val="00236B69"/>
    <w:rsid w:val="0029639D"/>
    <w:rsid w:val="00326F90"/>
    <w:rsid w:val="003567B9"/>
    <w:rsid w:val="003C01D3"/>
    <w:rsid w:val="003C2CD5"/>
    <w:rsid w:val="00403CD7"/>
    <w:rsid w:val="0042514C"/>
    <w:rsid w:val="00563C8E"/>
    <w:rsid w:val="00585E39"/>
    <w:rsid w:val="00612B02"/>
    <w:rsid w:val="0072333F"/>
    <w:rsid w:val="00760D6F"/>
    <w:rsid w:val="0079678A"/>
    <w:rsid w:val="008170C0"/>
    <w:rsid w:val="00831C6C"/>
    <w:rsid w:val="00903BB6"/>
    <w:rsid w:val="00937578"/>
    <w:rsid w:val="009666A2"/>
    <w:rsid w:val="0097682B"/>
    <w:rsid w:val="009B3F26"/>
    <w:rsid w:val="009E7AE2"/>
    <w:rsid w:val="00A57738"/>
    <w:rsid w:val="00AA1D8D"/>
    <w:rsid w:val="00B37553"/>
    <w:rsid w:val="00B47730"/>
    <w:rsid w:val="00BA353C"/>
    <w:rsid w:val="00C40DD3"/>
    <w:rsid w:val="00C45493"/>
    <w:rsid w:val="00C529C9"/>
    <w:rsid w:val="00CB0664"/>
    <w:rsid w:val="00CC6D91"/>
    <w:rsid w:val="00D1385B"/>
    <w:rsid w:val="00D13CC8"/>
    <w:rsid w:val="00D20D43"/>
    <w:rsid w:val="00D92346"/>
    <w:rsid w:val="00E817B3"/>
    <w:rsid w:val="00ED62DE"/>
    <w:rsid w:val="00ED743B"/>
    <w:rsid w:val="00F04B92"/>
    <w:rsid w:val="00F71329"/>
    <w:rsid w:val="00FA52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827DA3"/>
  <w14:defaultImageDpi w14:val="300"/>
  <w15:docId w15:val="{6A2AB983-56FA-41F0-8F8A-E19F1D98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partment Administration Document" ma:contentTypeID="0x010100BD80C5A6E3BE6B41A2427F16147D47A400B2C67992B82B4DC0A6BAC07199297A210015C03B4AD6DD52408EE027FFBB039C97" ma:contentTypeVersion="38" ma:contentTypeDescription="Solar Department Administration Document Content Type - extends Solar Document; published by the Content Type Hub" ma:contentTypeScope="" ma:versionID="2215cefd3dcaa7a1a65058b1b1fa1a25">
  <xsd:schema xmlns:xsd="http://www.w3.org/2001/XMLSchema" xmlns:xs="http://www.w3.org/2001/XMLSchema" xmlns:p="http://schemas.microsoft.com/office/2006/metadata/properties" xmlns:ns2="6f562838-09de-4b65-939a-432777c5c6ca" targetNamespace="http://schemas.microsoft.com/office/2006/metadata/properties" ma:root="true" ma:fieldsID="e14076e864f5c6234425599d0d99cf95" ns2:_="">
    <xsd:import namespace="6f562838-09de-4b65-939a-432777c5c6ca"/>
    <xsd:element name="properties">
      <xsd:complexType>
        <xsd:sequence>
          <xsd:element name="documentManagement">
            <xsd:complexType>
              <xsd:all>
                <xsd:element ref="ns2:c2d7d53541144364bb9d71f286b51f7e" minOccurs="0"/>
                <xsd:element ref="ns2:TaxCatchAll" minOccurs="0"/>
                <xsd:element ref="ns2:TaxCatchAllLabel" minOccurs="0"/>
                <xsd:element ref="ns2:jb15094b84d04db39a8de0b202a5649b" minOccurs="0"/>
                <xsd:element ref="ns2:a01561942c7d47699e3a361a6a580934" minOccurs="0"/>
                <xsd:element ref="ns2:SolarAuthor" minOccurs="0"/>
                <xsd:element ref="ns2:ece120804c3e4f2e81afd96eec8909f4" minOccurs="0"/>
                <xsd:element ref="ns2:i7a4717f7d5d4c169373d4bfa77876ba" minOccurs="0"/>
                <xsd:element ref="ns2:b0b6db7483f14678a4ad7fdce99521be" minOccurs="0"/>
                <xsd:element ref="ns2:beaf417fcb4a4faab8ee781c2aab710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62838-09de-4b65-939a-432777c5c6ca" elementFormDefault="qualified">
    <xsd:import namespace="http://schemas.microsoft.com/office/2006/documentManagement/types"/>
    <xsd:import namespace="http://schemas.microsoft.com/office/infopath/2007/PartnerControls"/>
    <xsd:element name="c2d7d53541144364bb9d71f286b51f7e" ma:index="8" ma:taxonomy="true" ma:internalName="c2d7d53541144364bb9d71f286b51f7e" ma:taxonomyFieldName="SolarLocation" ma:displayName="Location" ma:fieldId="{c2d7d535-4114-4364-bb9d-71f286b51f7e}" ma:taxonomyMulti="true" ma:sspId="b9d2b188-b8f0-4527-ab9c-6ed07e2b5a47" ma:termSetId="91c000f1-3349-4c42-8265-e80d17e136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42fe2df-cca8-4027-b953-ff88ee33d181}" ma:internalName="TaxCatchAll" ma:showField="CatchAllData" ma:web="519e063b-6770-4ea8-baa2-9c29a412d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2fe2df-cca8-4027-b953-ff88ee33d181}" ma:internalName="TaxCatchAllLabel" ma:readOnly="true" ma:showField="CatchAllDataLabel" ma:web="519e063b-6770-4ea8-baa2-9c29a412d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15094b84d04db39a8de0b202a5649b" ma:index="12" nillable="true" ma:taxonomy="true" ma:internalName="jb15094b84d04db39a8de0b202a5649b" ma:taxonomyFieldName="SolarBusinessUnit" ma:displayName="Business Unit" ma:readOnly="false" ma:fieldId="{3b15094b-84d0-4db3-9a8d-e0b202a5649b}" ma:taxonomyMulti="true" ma:sspId="b9d2b188-b8f0-4527-ab9c-6ed07e2b5a47" ma:termSetId="9862a471-922d-4dbf-86ff-7f9443f4b69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01561942c7d47699e3a361a6a580934" ma:index="14" ma:taxonomy="true" ma:internalName="a01561942c7d47699e3a361a6a580934" ma:taxonomyFieldName="SolarDepartment" ma:displayName="Department" ma:fieldId="{a0156194-2c7d-4769-9e3a-361a6a580934}" ma:taxonomyMulti="true" ma:sspId="b9d2b188-b8f0-4527-ab9c-6ed07e2b5a47" ma:termSetId="a2a9cd89-8956-43cd-8902-c890ec3194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larAuthor" ma:index="16" nillable="true" ma:displayName="Content Author" ma:description="Please specify the author of the content" ma:SharePointGroup="0" ma:internalName="Solar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e120804c3e4f2e81afd96eec8909f4" ma:index="17" ma:taxonomy="true" ma:internalName="ece120804c3e4f2e81afd96eec8909f4" ma:taxonomyFieldName="SolarCategory" ma:displayName="Category" ma:readOnly="false" ma:fieldId="{ece12080-4c3e-4f2e-81af-d96eec8909f4}" ma:sspId="b9d2b188-b8f0-4527-ab9c-6ed07e2b5a47" ma:termSetId="af3054d5-0efb-4d05-9185-ffb492b046b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a4717f7d5d4c169373d4bfa77876ba" ma:index="19" ma:taxonomy="true" ma:internalName="i7a4717f7d5d4c169373d4bfa77876ba" ma:taxonomyFieldName="SolarDocumentType" ma:displayName="Document Type" ma:fieldId="{27a4717f-7d5d-4c16-9373-d4bfa77876ba}" ma:sspId="b9d2b188-b8f0-4527-ab9c-6ed07e2b5a47" ma:termSetId="3becb80b-35bf-4675-a7f1-fd97918282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0b6db7483f14678a4ad7fdce99521be" ma:index="21" nillable="true" ma:taxonomy="true" ma:internalName="b0b6db7483f14678a4ad7fdce99521be" ma:taxonomyFieldName="InformationValue" ma:displayName="Information Value" ma:default="" ma:fieldId="{b0b6db74-83f1-4678-a4ad-7fdce99521be}" ma:sspId="b9d2b188-b8f0-4527-ab9c-6ed07e2b5a47" ma:termSetId="34b0f4c5-defa-4470-bf4b-1423e5dab3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af417fcb4a4faab8ee781c2aab7105" ma:index="23" nillable="true" ma:taxonomy="true" ma:internalName="beaf417fcb4a4faab8ee781c2aab7105" ma:taxonomyFieldName="SolarRecordOutcome" ma:displayName="Record Outcome" ma:fieldId="{beaf417f-cb4a-4faa-b8ee-781c2aab7105}" ma:sspId="b9d2b188-b8f0-4527-ab9c-6ed07e2b5a47" ma:termSetId="1c7376b3-8ddf-4288-95f1-75a2960d122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b9d2b188-b8f0-4527-ab9c-6ed07e2b5a47" ContentTypeId="0x010100BD80C5A6E3BE6B41A2427F16147D47A400B2C67992B82B4DC0A6BAC07199297A21" PreviousValue="tru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15094b84d04db39a8de0b202a5649b xmlns="6f562838-09de-4b65-939a-432777c5c6ca">
      <Terms xmlns="http://schemas.microsoft.com/office/infopath/2007/PartnerControls"/>
    </jb15094b84d04db39a8de0b202a5649b>
    <a01561942c7d47699e3a361a6a580934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UCSA</TermName>
          <TermId xmlns="http://schemas.microsoft.com/office/infopath/2007/PartnerControls">ddaca53a-0a38-40ed-9ffd-bcd2fab4de28</TermId>
        </TermInfo>
      </Terms>
    </a01561942c7d47699e3a361a6a580934>
    <c2d7d53541144364bb9d71f286b51f7e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Ilam</TermName>
          <TermId xmlns="http://schemas.microsoft.com/office/infopath/2007/PartnerControls">17015150-e7d5-4990-b358-e90ea571f1b0</TermId>
        </TermInfo>
      </Terms>
    </c2d7d53541144364bb9d71f286b51f7e>
    <ece120804c3e4f2e81afd96eec8909f4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Administration</TermName>
          <TermId xmlns="http://schemas.microsoft.com/office/infopath/2007/PartnerControls">5922f16f-5876-4a9c-b5de-d040ae3368bc</TermId>
        </TermInfo>
      </Terms>
    </ece120804c3e4f2e81afd96eec8909f4>
    <beaf417fcb4a4faab8ee781c2aab7105 xmlns="6f562838-09de-4b65-939a-432777c5c6ca">
      <Terms xmlns="http://schemas.microsoft.com/office/infopath/2007/PartnerControls"/>
    </beaf417fcb4a4faab8ee781c2aab7105>
    <b0b6db7483f14678a4ad7fdce99521be xmlns="6f562838-09de-4b65-939a-432777c5c6ca">
      <Terms xmlns="http://schemas.microsoft.com/office/infopath/2007/PartnerControls"/>
    </b0b6db7483f14678a4ad7fdce99521be>
    <i7a4717f7d5d4c169373d4bfa77876ba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Departmental Document [Information]</TermName>
          <TermId xmlns="http://schemas.microsoft.com/office/infopath/2007/PartnerControls">fac5df9f-00c6-476f-b378-e7e6fdb4a7a9</TermId>
        </TermInfo>
      </Terms>
    </i7a4717f7d5d4c169373d4bfa77876ba>
    <SolarAuthor xmlns="6f562838-09de-4b65-939a-432777c5c6ca">
      <UserInfo>
        <DisplayName/>
        <AccountId xsi:nil="true"/>
        <AccountType/>
      </UserInfo>
    </SolarAuthor>
    <TaxCatchAll xmlns="6f562838-09de-4b65-939a-432777c5c6ca">
      <Value>4</Value>
      <Value>3</Value>
      <Value>2</Value>
      <Value>1</Value>
    </TaxCatchAl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CAE0E9-F9E7-4612-8673-0B9F8CFD3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62838-09de-4b65-939a-432777c5c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B70EE0-0FAE-47C9-8AA3-0FC3FDD77E3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74E44378-9B71-45EC-9F0F-575FAEC245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32E36E-DBF0-421D-82DF-FAB6EA36D383}">
  <ds:schemaRefs>
    <ds:schemaRef ds:uri="http://schemas.microsoft.com/office/2006/metadata/properties"/>
    <ds:schemaRef ds:uri="http://schemas.microsoft.com/office/infopath/2007/PartnerControls"/>
    <ds:schemaRef ds:uri="6f562838-09de-4b65-939a-432777c5c6ca"/>
  </ds:schemaRefs>
</ds:datastoreItem>
</file>

<file path=customXml/itemProps5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c781727-710e-4855-bc4c-690266a1b551}" enabled="0" method="" siteId="{dc781727-710e-4855-bc4c-690266a1b55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Tegan Jardine</cp:lastModifiedBy>
  <cp:revision>38</cp:revision>
  <dcterms:created xsi:type="dcterms:W3CDTF">2026-01-19T04:32:00Z</dcterms:created>
  <dcterms:modified xsi:type="dcterms:W3CDTF">2026-11-05T03:24:00Z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arRecordOutcome">
    <vt:lpwstr/>
  </property>
  <property fmtid="{D5CDD505-2E9C-101B-9397-08002B2CF9AE}" pid="3" name="MediaServiceImageTags">
    <vt:lpwstr/>
  </property>
  <property fmtid="{D5CDD505-2E9C-101B-9397-08002B2CF9AE}" pid="4" name="SolarDocumentType">
    <vt:lpwstr>4;#Departmental Document [Information]|fac5df9f-00c6-476f-b378-e7e6fdb4a7a9</vt:lpwstr>
  </property>
  <property fmtid="{D5CDD505-2E9C-101B-9397-08002B2CF9AE}" pid="5" name="ContentTypeId">
    <vt:lpwstr>0x010100BD80C5A6E3BE6B41A2427F16147D47A400B2C67992B82B4DC0A6BAC07199297A210015C03B4AD6DD52408EE027FFBB039C97</vt:lpwstr>
  </property>
  <property fmtid="{D5CDD505-2E9C-101B-9397-08002B2CF9AE}" pid="6" name="SolarCategory">
    <vt:lpwstr>3;#Department Administration|5922f16f-5876-4a9c-b5de-d040ae3368bc</vt:lpwstr>
  </property>
  <property fmtid="{D5CDD505-2E9C-101B-9397-08002B2CF9AE}" pid="7" name="SolarLocation">
    <vt:lpwstr>1;#Ilam|17015150-e7d5-4990-b358-e90ea571f1b0</vt:lpwstr>
  </property>
  <property fmtid="{D5CDD505-2E9C-101B-9397-08002B2CF9AE}" pid="8" name="SolarDepartment">
    <vt:lpwstr>2;#UCSA|ddaca53a-0a38-40ed-9ffd-bcd2fab4de28</vt:lpwstr>
  </property>
  <property fmtid="{D5CDD505-2E9C-101B-9397-08002B2CF9AE}" pid="9" name="SolarBusinessUnit">
    <vt:lpwstr/>
  </property>
  <property fmtid="{D5CDD505-2E9C-101B-9397-08002B2CF9AE}" pid="10" name="InformationValue">
    <vt:lpwstr/>
  </property>
  <property fmtid="{D5CDD505-2E9C-101B-9397-08002B2CF9AE}" pid="11" name="lcf76f155ced4ddcb4097134ff3c332f">
    <vt:lpwstr/>
  </property>
</Properties>
</file>